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02C57"/>
          <w:sz w:val="28"/>
        </w:rPr>
        <w:t>ATLANT TURKEY DANIŞMANLIK HİZMETLERİ A.Ş.</w:t>
        <w:br/>
      </w:r>
      <w:r>
        <w:rPr>
          <w:b/>
          <w:color w:val="1E1E1E"/>
          <w:sz w:val="24"/>
        </w:rPr>
        <w:t>6698 SAYILI KİŞİSEL VERİLERİN KORUNMASI KANUNU KAPSAMINDA</w:t>
        <w:br/>
        <w:t>İLGİLİ KİŞİ BAŞVURU FORMU</w:t>
        <w:br/>
      </w:r>
      <w:r>
        <w:rPr>
          <w:i/>
          <w:color w:val="646464"/>
          <w:sz w:val="20"/>
        </w:rPr>
        <w:t>(DATA SUBJECT APPLICATION FORM PURSUANT TO LAW NO. 6698)</w:t>
      </w:r>
    </w:p>
    <w:p/>
    <w:p>
      <w:r>
        <w:rPr>
          <w:b/>
          <w:color w:val="102C57"/>
          <w:sz w:val="22"/>
        </w:rPr>
        <w:t>1. GENEL BİLGİLENDİRME / GENERAL INFORMATION</w:t>
      </w:r>
    </w:p>
    <w:p>
      <w:pPr>
        <w:spacing w:line="276" w:lineRule="auto"/>
      </w:pPr>
      <w:r>
        <w:rPr>
          <w:sz w:val="19"/>
        </w:rPr>
        <w:t>6698 sayılı Kişisel Verilerin Korunması Kanunu (“KVKK”) Madde 11 uyarınca, veri sahipleri veri sorumlusuna başvurarak kendileriyle ilgili kişisel verilerin işlenmesine ilişkin çeşitli taleplerde bulunma hakkına sahiptir. Şirketimiz Atlant Turkey Danışmanlık Hizmetleri A.Ş. (“Atlant Turkey”), başvurularınızı KVKK Madde 13 ve ilgili Tebliğ uyarınca en geç 30 (otuz) gün içerisinde sonuçlandıracaktır.</w:t>
        <w:br/>
      </w:r>
      <w:r>
        <w:rPr>
          <w:i/>
          <w:color w:val="5A5A5A"/>
          <w:sz w:val="18"/>
        </w:rPr>
        <w:t>Pursuant to Article 11 of the Personal Data Protection Law No. 6698 ("PDPL"), data subjects have the right to submit various requests regarding their personal data. Our Company, Atlant Turkey Danışmanlık Hizmetleri A.Ş. ("Atlant Turkey"), shall conclude your request free of charge within 30 (thirty) days at the latest pursuant to Article 13 of the PDPL.</w:t>
      </w:r>
    </w:p>
    <w:p>
      <w:r>
        <w:rPr>
          <w:b/>
          <w:color w:val="102C57"/>
          <w:sz w:val="22"/>
        </w:rPr>
        <w:t>2. BAŞVURU SAHİBİNİN İLETİŞİM BİLGİLERİ / APPLICANT CONTACT INFORMATION</w:t>
      </w:r>
    </w:p>
    <w:tbl>
      <w:tblPr>
        <w:tblW w:type="auto" w:w="0"/>
        <w:jc w:val="center"/>
        <w:tblLayout w:type="fixed"/>
        <w:tblLook w:firstColumn="1" w:firstRow="1" w:lastColumn="0" w:lastRow="0" w:noHBand="0" w:noVBand="1" w:val="04A0"/>
      </w:tblPr>
      <w:tblGrid>
        <w:gridCol w:w="4968"/>
        <w:gridCol w:w="4968"/>
      </w:tblGrid>
      <w:tr>
        <w:tc>
          <w:tcPr>
            <w:tcW w:type="dxa" w:w="3744"/>
            <w:shd w:fill="F0F4F8"/>
            <w:tcMar>
              <w:top w:w="80" w:type="dxa"/>
              <w:bottom w:w="80" w:type="dxa"/>
              <w:left w:w="100" w:type="dxa"/>
              <w:right w:w="100" w:type="dxa"/>
            </w:tcMar>
          </w:tcPr>
          <w:p>
            <w:r>
              <w:rPr>
                <w:b/>
                <w:sz w:val="18"/>
              </w:rPr>
              <w:t>Adı Soyadı / Full Name</w:t>
            </w:r>
          </w:p>
        </w:tc>
        <w:tc>
          <w:tcPr>
            <w:tcW w:type="dxa" w:w="6048"/>
            <w:tcMar>
              <w:top w:w="80" w:type="dxa"/>
              <w:bottom w:w="80" w:type="dxa"/>
              <w:left w:w="100" w:type="dxa"/>
              <w:right w:w="100" w:type="dxa"/>
            </w:tcMar>
          </w:tcPr>
          <w:p/>
        </w:tc>
      </w:tr>
      <w:tr>
        <w:tc>
          <w:tcPr>
            <w:tcW w:type="dxa" w:w="3744"/>
            <w:shd w:fill="F0F4F8"/>
            <w:tcMar>
              <w:top w:w="80" w:type="dxa"/>
              <w:bottom w:w="80" w:type="dxa"/>
              <w:left w:w="100" w:type="dxa"/>
              <w:right w:w="100" w:type="dxa"/>
            </w:tcMar>
          </w:tcPr>
          <w:p>
            <w:r>
              <w:rPr>
                <w:b/>
                <w:sz w:val="18"/>
              </w:rPr>
              <w:t>T.C. Kimlik No / Pasaport No</w:t>
              <w:br/>
              <w:t>TR ID No / Passport No (for foreigners)</w:t>
            </w:r>
          </w:p>
        </w:tc>
        <w:tc>
          <w:tcPr>
            <w:tcW w:type="dxa" w:w="6048"/>
            <w:tcMar>
              <w:top w:w="80" w:type="dxa"/>
              <w:bottom w:w="80" w:type="dxa"/>
              <w:left w:w="100" w:type="dxa"/>
              <w:right w:w="100" w:type="dxa"/>
            </w:tcMar>
          </w:tcPr>
          <w:p/>
        </w:tc>
      </w:tr>
      <w:tr>
        <w:tc>
          <w:tcPr>
            <w:tcW w:type="dxa" w:w="3744"/>
            <w:shd w:fill="F0F4F8"/>
            <w:tcMar>
              <w:top w:w="80" w:type="dxa"/>
              <w:bottom w:w="80" w:type="dxa"/>
              <w:left w:w="100" w:type="dxa"/>
              <w:right w:w="100" w:type="dxa"/>
            </w:tcMar>
          </w:tcPr>
          <w:p>
            <w:r>
              <w:rPr>
                <w:b/>
                <w:sz w:val="18"/>
              </w:rPr>
              <w:t>Tebligata Esas Adres / Residential/Work Address</w:t>
            </w:r>
          </w:p>
        </w:tc>
        <w:tc>
          <w:tcPr>
            <w:tcW w:type="dxa" w:w="6048"/>
            <w:tcMar>
              <w:top w:w="80" w:type="dxa"/>
              <w:bottom w:w="80" w:type="dxa"/>
              <w:left w:w="100" w:type="dxa"/>
              <w:right w:w="100" w:type="dxa"/>
            </w:tcMar>
          </w:tcPr>
          <w:p/>
        </w:tc>
      </w:tr>
      <w:tr>
        <w:tc>
          <w:tcPr>
            <w:tcW w:type="dxa" w:w="3744"/>
            <w:shd w:fill="F0F4F8"/>
            <w:tcMar>
              <w:top w:w="80" w:type="dxa"/>
              <w:bottom w:w="80" w:type="dxa"/>
              <w:left w:w="100" w:type="dxa"/>
              <w:right w:w="100" w:type="dxa"/>
            </w:tcMar>
          </w:tcPr>
          <w:p>
            <w:r>
              <w:rPr>
                <w:b/>
                <w:sz w:val="18"/>
              </w:rPr>
              <w:t>E-posta Adresi / E-mail Address</w:t>
            </w:r>
          </w:p>
        </w:tc>
        <w:tc>
          <w:tcPr>
            <w:tcW w:type="dxa" w:w="6048"/>
            <w:tcMar>
              <w:top w:w="80" w:type="dxa"/>
              <w:bottom w:w="80" w:type="dxa"/>
              <w:left w:w="100" w:type="dxa"/>
              <w:right w:w="100" w:type="dxa"/>
            </w:tcMar>
          </w:tcPr>
          <w:p/>
        </w:tc>
      </w:tr>
      <w:tr>
        <w:tc>
          <w:tcPr>
            <w:tcW w:type="dxa" w:w="3744"/>
            <w:shd w:fill="F0F4F8"/>
            <w:tcMar>
              <w:top w:w="80" w:type="dxa"/>
              <w:bottom w:w="80" w:type="dxa"/>
              <w:left w:w="100" w:type="dxa"/>
              <w:right w:w="100" w:type="dxa"/>
            </w:tcMar>
          </w:tcPr>
          <w:p>
            <w:r>
              <w:rPr>
                <w:b/>
                <w:sz w:val="18"/>
              </w:rPr>
              <w:t>Telefon / Cep Telefonu / Phone Number</w:t>
            </w:r>
          </w:p>
        </w:tc>
        <w:tc>
          <w:tcPr>
            <w:tcW w:type="dxa" w:w="6048"/>
            <w:tcMar>
              <w:top w:w="80" w:type="dxa"/>
              <w:bottom w:w="80" w:type="dxa"/>
              <w:left w:w="100" w:type="dxa"/>
              <w:right w:w="100" w:type="dxa"/>
            </w:tcMar>
          </w:tcPr>
          <w:p/>
        </w:tc>
      </w:tr>
    </w:tbl>
    <w:p/>
    <w:p>
      <w:r>
        <w:rPr>
          <w:b/>
          <w:color w:val="102C57"/>
          <w:sz w:val="22"/>
        </w:rPr>
        <w:t>3. ŞİRKETİMİZ İLE İLİŞKİNİZ / YOUR RELATIONSHIP WITH OUR COMPANY</w:t>
      </w:r>
    </w:p>
    <w:p>
      <w:pPr>
        <w:spacing w:line="288" w:lineRule="auto"/>
      </w:pPr>
      <w:r>
        <w:rPr>
          <w:sz w:val="19"/>
        </w:rPr>
        <w:t>[  ] Çalışan / Employee</w:t>
        <w:br/>
      </w:r>
      <w:r>
        <w:rPr>
          <w:sz w:val="19"/>
        </w:rPr>
        <w:t>[  ] Çalışan Adayı / Job Applicant (Başvuru Tarihi / Date: ______________)</w:t>
        <w:br/>
      </w:r>
      <w:r>
        <w:rPr>
          <w:sz w:val="19"/>
        </w:rPr>
        <w:t>[  ] Eski Çalışan / Former Employee (Çalıştığı Yıllar / Years: ______________)</w:t>
        <w:br/>
      </w:r>
      <w:r>
        <w:rPr>
          <w:sz w:val="19"/>
        </w:rPr>
        <w:t>[  ] Müşteri - Sponsor Temsilcisi / Client - Sponsor Representative</w:t>
        <w:br/>
      </w:r>
      <w:r>
        <w:rPr>
          <w:sz w:val="19"/>
        </w:rPr>
        <w:t>[  ] Tedarikçi - İş Ortağı Yetkilisi / Supplier - Business Partner Representative</w:t>
        <w:br/>
      </w:r>
      <w:r>
        <w:rPr>
          <w:sz w:val="19"/>
        </w:rPr>
        <w:t>[  ] Ziyaretçi / Visitor</w:t>
        <w:br/>
      </w:r>
      <w:r>
        <w:rPr>
          <w:sz w:val="19"/>
        </w:rPr>
        <w:t>[  ] Diğer / Other: ____________________________________________________</w:t>
        <w:br/>
      </w:r>
    </w:p>
    <w:p>
      <w:r>
        <w:rPr>
          <w:b/>
          <w:color w:val="102C57"/>
          <w:sz w:val="22"/>
        </w:rPr>
        <w:t>4. KVKK KAPSAMINDAKİ TALEBİNİZ / DETAILS OF YOUR REQUEST</w:t>
      </w:r>
    </w:p>
    <w:p>
      <w:r>
        <w:rPr>
          <w:i/>
        </w:rPr>
        <w:t>Lütfen KVKK Madde 11 kapsamındaki talebinizi işaretleyiniz / Please check your request under Art. 11:</w:t>
        <w:br/>
      </w:r>
      <w:r>
        <w:rPr>
          <w:sz w:val="17"/>
        </w:rPr>
        <w:t>[  ] Şirketinizin hakkımda kişisel veri işleyip işlemediğini öğrenmek istiyorum. / To learn whether personal data is processed.</w:t>
        <w:br/>
      </w:r>
      <w:r>
        <w:rPr>
          <w:sz w:val="17"/>
        </w:rPr>
        <w:t>[  ] Kişisel verilerim işlenmişse buna ilişkin bilgi talep ediyorum. / To request information if personal data has been processed.</w:t>
        <w:br/>
      </w:r>
      <w:r>
        <w:rPr>
          <w:sz w:val="17"/>
        </w:rPr>
        <w:t>[  ] Kişisel verilerimin işlenme amacını ve bunların amacına uygun kullanılıp kullanılmadığını öğrenmek istiyorum. / To learn the purpose of processing and whether data is used accordingly.</w:t>
        <w:br/>
      </w:r>
      <w:r>
        <w:rPr>
          <w:sz w:val="17"/>
        </w:rPr>
        <w:t>[  ] Yurt içinde veya yurt dışında kişisel verilerimin aktarıldığı üçüncü kişileri bilmek istiyorum. / To know the third parties to whom data is transferred domestically or abroad.</w:t>
        <w:br/>
      </w:r>
      <w:r>
        <w:rPr>
          <w:sz w:val="17"/>
        </w:rPr>
        <w:t>[  ] Kişisel verilerimin eksik veya yanlış işlenmiş olması hâlinde bunların düzeltilmesini talep ediyorum. / To request rectification of incomplete or inaccurate data.</w:t>
        <w:br/>
      </w:r>
      <w:r>
        <w:rPr>
          <w:sz w:val="17"/>
        </w:rPr>
        <w:t>[  ] Kanun ve ilgili mevzuat uyarınca kişisel verilerimin silinmesini veya yok edilmesini talep ediyorum. / To request erasure or destruction of personal data.</w:t>
        <w:br/>
      </w:r>
      <w:r>
        <w:rPr>
          <w:sz w:val="17"/>
        </w:rPr>
        <w:t>[  ] Düzeltme veya silme işlemlerinin verilerimin aktarıldığı üçüncü kişilere bildirilmesini talep ediyorum. / To request notification of rectification/erasure to third parties.</w:t>
        <w:br/>
      </w:r>
      <w:r>
        <w:rPr>
          <w:sz w:val="17"/>
        </w:rPr>
        <w:t>[  ] İşlenen verilerin münhasıran otomatik sistemler vasıtasıyla analiz edilmesi suretiyle aleyhime bir sonucun ortaya çıkmasına itiraz ediyorum. / To object to an adverse result arising exclusively from automated analysis.</w:t>
        <w:br/>
      </w:r>
      <w:r>
        <w:rPr>
          <w:sz w:val="17"/>
        </w:rPr>
        <w:t>[  ] Kişisel verilerimin kanuna aykırı olarak işlenmesi sebebiyle uğradığım zararın giderilmesini talep ediyorum. / To request compensation for damage arising from unlawful processing.</w:t>
        <w:br/>
      </w:r>
    </w:p>
    <w:p>
      <w:r>
        <w:rPr>
          <w:b/>
          <w:sz w:val="19"/>
        </w:rPr>
        <w:t>Talebinize İlişkin Ayrıntılı Açıklama / Detailed Explanation of Your Request:</w:t>
      </w:r>
    </w:p>
    <w:tbl>
      <w:tblPr>
        <w:tblW w:type="auto" w:w="0"/>
        <w:jc w:val="center"/>
        <w:tblLook w:firstColumn="1" w:firstRow="1" w:lastColumn="0" w:lastRow="0" w:noHBand="0" w:noVBand="1" w:val="04A0"/>
      </w:tblPr>
      <w:tblGrid>
        <w:gridCol w:w="9936"/>
      </w:tblGrid>
      <w:tr>
        <w:tc>
          <w:tcPr>
            <w:tcW w:type="dxa" w:w="9792"/>
            <w:shd w:fill="FAFAFA"/>
            <w:tcMar>
              <w:top w:w="100" w:type="dxa"/>
              <w:bottom w:w="100" w:type="dxa"/>
              <w:left w:w="120" w:type="dxa"/>
              <w:right w:w="120" w:type="dxa"/>
            </w:tcMar>
          </w:tcPr>
          <w:p>
            <w:r>
              <w:br/>
              <w:br/>
              <w:br/>
              <w:br/>
              <w:br/>
            </w:r>
          </w:p>
        </w:tc>
      </w:tr>
    </w:tbl>
    <w:p/>
    <w:p>
      <w:r>
        <w:rPr>
          <w:b/>
          <w:color w:val="102C57"/>
          <w:sz w:val="22"/>
        </w:rPr>
        <w:t>5. YANITIN TARAFINIZA BİLDİRİLME YÖNTEMİ / PREFERRED RESPONSE CHANNEL</w:t>
      </w:r>
    </w:p>
    <w:p>
      <w:r>
        <w:rPr>
          <w:sz w:val="19"/>
        </w:rPr>
        <w:t>[  ] Yukarıda belirttiğim tebligat adresime posta yoluyla gönderilmesini istiyorum. / By post to my address.</w:t>
        <w:br/>
      </w:r>
      <w:r>
        <w:rPr>
          <w:sz w:val="19"/>
        </w:rPr>
        <w:t>[  ] Yukarıda belirttiğim e-posta adresime gönderilmesini istiyorum. / By e-mail to my address above.</w:t>
        <w:br/>
      </w:r>
      <w:r>
        <w:rPr>
          <w:sz w:val="19"/>
        </w:rPr>
        <w:t>[  ] Şirket merkezinden elden teslim almak istiyorum. / In person from the Company headquarters.</w:t>
        <w:br/>
      </w:r>
    </w:p>
    <w:p>
      <w:r>
        <w:rPr>
          <w:b/>
          <w:color w:val="102C57"/>
          <w:sz w:val="22"/>
        </w:rPr>
        <w:t>6. BAŞVURU KANALLARI / APPLICATION SUBMISSION METHODS</w:t>
      </w:r>
    </w:p>
    <w:p>
      <w:pPr>
        <w:spacing w:line="276" w:lineRule="auto"/>
      </w:pPr>
      <w:r>
        <w:rPr>
          <w:b/>
          <w:sz w:val="18"/>
        </w:rPr>
        <w:t xml:space="preserve">• 1. Islak İmzalı Yazılı Başvuru / Written Application with Wet Signature: </w:t>
      </w:r>
      <w:r>
        <w:rPr>
          <w:sz w:val="17"/>
        </w:rPr>
        <w:t>İmzalı formu şahsen veya noter aracılığıyla şirket merkez adresimize teslim edebilirsiniz.</w:t>
        <w:br/>
      </w:r>
      <w:r>
        <w:rPr>
          <w:b/>
          <w:sz w:val="18"/>
        </w:rPr>
        <w:t xml:space="preserve">• 2. Kayıtlı Elektronik Posta (KEP) / Registered Electronic Mail: </w:t>
      </w:r>
      <w:r>
        <w:rPr>
          <w:sz w:val="17"/>
        </w:rPr>
        <w:t>Güvenli elektronik imzanız ile şirketimizin KEP adresine iletebilirsiniz.</w:t>
        <w:br/>
      </w:r>
      <w:r>
        <w:rPr>
          <w:b/>
          <w:sz w:val="18"/>
        </w:rPr>
        <w:t xml:space="preserve">• 3. Sistemde Kayıtlı E-posta / Registered Email: </w:t>
      </w:r>
      <w:r>
        <w:rPr>
          <w:sz w:val="17"/>
        </w:rPr>
        <w:t>Şirketimize daha önce bildirilmiş ve sistemimizde kayıtlı bulunan e-posta adresinizden kvkk@atlantclinical.com.tr adresine iletebilirsiniz.</w:t>
        <w:br/>
      </w:r>
    </w:p>
    <w:p/>
    <w:p>
      <w:r>
        <w:rPr>
          <w:b/>
          <w:color w:val="102C57"/>
          <w:sz w:val="22"/>
        </w:rPr>
        <w:t>7. BAŞVURU SAHİBİNİN BEYANI VE İMZASI / DECLARATION AND SIGNATURE</w:t>
      </w:r>
    </w:p>
    <w:p>
      <w:pPr>
        <w:spacing w:line="276" w:lineRule="auto"/>
      </w:pPr>
      <w:r>
        <w:rPr>
          <w:sz w:val="18"/>
        </w:rPr>
        <w:t>İşbu başvuru formu ile belirttiğim talepler doğrultusunda, Şirketinize yapmış olduğum başvurumun KVKK Madde 13 uyarınca değerlendirilerek tarafıma bilgi verilmesini rica ederim. Formda belirttiğim bilgilerin doğru ve güncel olduğunu beyan ve taahhüt ederim.</w:t>
        <w:br/>
        <w:br/>
        <w:t>I hereby request that my application be evaluated and concluded pursuant to Article 13 of the PDPL. I declare and undertake that the information provided in this form is accurate and up to date.</w:t>
      </w:r>
    </w:p>
    <w:tbl>
      <w:tblPr>
        <w:tblW w:type="auto" w:w="0"/>
        <w:jc w:val="center"/>
        <w:tblLook w:firstColumn="1" w:firstRow="1" w:lastColumn="0" w:lastRow="0" w:noHBand="0" w:noVBand="1" w:val="04A0"/>
      </w:tblPr>
      <w:tblGrid>
        <w:gridCol w:w="4968"/>
        <w:gridCol w:w="4968"/>
      </w:tblGrid>
      <w:tr>
        <w:tc>
          <w:tcPr>
            <w:tcW w:type="dxa" w:w="4968"/>
          </w:tcPr>
          <w:p>
            <w:r>
              <w:rPr>
                <w:sz w:val="19"/>
              </w:rPr>
              <w:t>Başvuru Tarihi / Application Date:</w:t>
              <w:br/>
              <w:br/>
              <w:t>____ / ____ / 202__</w:t>
            </w:r>
          </w:p>
        </w:tc>
        <w:tc>
          <w:tcPr>
            <w:tcW w:type="dxa" w:w="4968"/>
          </w:tcPr>
          <w:p>
            <w:r>
              <w:rPr>
                <w:sz w:val="19"/>
              </w:rPr>
              <w:t>Başvuru Sahibinin Adı Soyadı ve İmzası:</w:t>
              <w:br/>
              <w:t>Applicant Full Name and Signature:</w:t>
              <w:br/>
              <w:br/>
              <w:t>_________________________________</w:t>
            </w:r>
          </w:p>
        </w:tc>
      </w:tr>
      <w:tr>
        <w:tc>
          <w:tcPr>
            <w:tcW w:type="dxa" w:w="4968"/>
          </w:tcPr>
          <w:p/>
        </w:tc>
        <w:tc>
          <w:tcPr>
            <w:tcW w:type="dxa" w:w="4968"/>
          </w:tcP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